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8" w:lineRule="auto" w:after="480"/>
      </w:pPr>
      <w:r>
        <w:rPr>
          <w:color w:val="718096"/>
          <w:sz w:val="19"/>
        </w:rPr>
        <w:t>COORDONNÉES DU DEMANDEUR</w:t>
        <w:br/>
        <w:t>Nom &amp; Prénom : [Votre Nom et Prénom]</w:t>
        <w:br/>
        <w:t>Adresse : [Votre Adresse complète en Algérie]</w:t>
        <w:br/>
        <w:t>N° de Téléphone : [Votre Numéro de Téléphone]</w:t>
        <w:br/>
        <w:t>Email : [Votre Adresse Email]</w:t>
        <w:br/>
        <w:t>N° de Passeport : [Votre Numéro de Passeport]</w:t>
      </w:r>
    </w:p>
    <w:p>
      <w:pPr>
        <w:spacing w:after="480"/>
        <w:jc w:val="right"/>
      </w:pPr>
      <w:r>
        <w:rPr>
          <w:i/>
        </w:rPr>
        <w:t>Fait à [Ville, ex: Alger], le [Date du jour]</w:t>
      </w:r>
    </w:p>
    <w:p>
      <w:pPr>
        <w:spacing w:after="480"/>
      </w:pPr>
      <w:r>
        <w:rPr>
          <w:b/>
        </w:rPr>
        <w:t>À l'attention de Monsieur le Consul Général / Responsable des Visas</w:t>
        <w:br/>
        <w:t>[Nom de l'Ambassade / Consulat, ex: Consulat Général de France à Alger]</w:t>
        <w:br/>
        <w:t>Service des Visas</w:t>
      </w:r>
    </w:p>
    <w:p>
      <w:pPr>
        <w:spacing w:after="400"/>
      </w:pPr>
      <w:r>
        <w:rPr>
          <w:b/>
          <w:color w:val="1B365D"/>
        </w:rPr>
        <w:t xml:space="preserve">OBJET : </w:t>
      </w:r>
      <w:r>
        <w:rPr>
          <w:b/>
        </w:rPr>
        <w:t>Lettre explicative concernant l'historique bancaire – Justification d'un versement récent</w:t>
      </w:r>
    </w:p>
    <w:p>
      <w:pPr>
        <w:spacing w:line="312" w:lineRule="auto" w:after="280"/>
        <w:jc w:val="both"/>
      </w:pPr>
      <w:r>
        <w:t>Monsieur le Consul Général,</w:t>
        <w:br/>
        <w:br/>
      </w:r>
      <w:r>
        <w:t>Dans le cadre de ma demande de visa de court séjour (Schengen) référencée sous le numéro [Numéro de référence de la demande ou ID TLS/VFS], je me permets de vous adresser cette note explicative afin de vous apporter des clarifications transparentes et documentées au sujet d'une opération financière visible sur mon relevé de compte bancaire joint au dossier.</w:t>
        <w:br/>
        <w:br/>
        <w:t xml:space="preserve">En effet, vous constaterez un versement unique et significatif d'un montant de </w:t>
      </w:r>
      <w:r>
        <w:rPr>
          <w:b/>
        </w:rPr>
        <w:t>[Montant du versement, ex: 450 000 DA] DA</w:t>
      </w:r>
      <w:r>
        <w:t xml:space="preserve">, effectué en date du </w:t>
      </w:r>
      <w:r>
        <w:rPr>
          <w:b/>
        </w:rPr>
        <w:t>[Date exacte de l'opération]</w:t>
      </w:r>
      <w:r>
        <w:t>. Soucieux(se) de respecter les exigences strictes de vos services quant à la clarté et à la traçabilité des ressources financières, je tiens à préciser que ce mouvement de fonds ne constitue en aucun cas un dépôt de complaisance ou une alimentation artificielle de mon compte. Cette somme provient d'une transaction parfaitement légitime, à savoir :</w:t>
        <w:br/>
        <w:br/>
      </w:r>
    </w:p>
    <w:p>
      <w:r>
        <w:rPr>
          <w:i/>
          <w:color w:val="718096"/>
        </w:rPr>
        <w:t>[VEUILLEZ SÉLECTIONNER ET CONSERVER UNIQUEMENT L'OPTION QUI CORRESPOND À VOTRE SITUATION]</w:t>
      </w:r>
    </w:p>
    <w:p>
      <w:pPr>
        <w:pStyle w:val="ListBullet"/>
      </w:pPr>
      <w:r>
        <w:rPr>
          <w:b/>
        </w:rPr>
        <w:t xml:space="preserve">Option A : Vente de biens ou d'un véhicule (Cas très fréquent) : </w:t>
      </w:r>
      <w:r>
        <w:t>Ce montant est le fruit de la vente d'un véhicule / d'un bien mobilier m'appartenant. Vous trouverez joint à cette lettre l'acte de vente officiel [ou le contrat de cession] signé et enregistré, justifiant la perception immédiate de ces fonds.</w:t>
      </w:r>
    </w:p>
    <w:p>
      <w:pPr>
        <w:pStyle w:val="ListBullet"/>
      </w:pPr>
      <w:r>
        <w:rPr>
          <w:b/>
        </w:rPr>
        <w:t xml:space="preserve">Option B : Retrait et réapprovisionnement (Épargne personnelle) : </w:t>
      </w:r>
      <w:r>
        <w:t>Cette somme provient de la fermeture d'un autre compte d'épargne [ou d'un compte CCP] m'appartenant, ou du rapatriement de fonds conservés initialement sous une autre forme. Je joins à cet effet le justificatif de retrait de la banque d'origine daté du [Date].</w:t>
      </w:r>
    </w:p>
    <w:p>
      <w:pPr>
        <w:pStyle w:val="ListBullet"/>
      </w:pPr>
      <w:r>
        <w:rPr>
          <w:b/>
        </w:rPr>
        <w:t xml:space="preserve">Option C : Rappel de salaire / Primes / Indemnités de fin de service : </w:t>
      </w:r>
      <w:r>
        <w:t>Ce versement correspond à la perception d'un rappel de salaire, d'une prime de rendement annuelle ou d'une indemnité versée par mon employeur [Nom de l'entreprise]. L'attestation de l'employeur ou la fiche de paie correspondante est jointe pour preuve.</w:t>
      </w:r>
    </w:p>
    <w:p>
      <w:pPr>
        <w:pStyle w:val="ListBullet"/>
      </w:pPr>
      <w:r>
        <w:rPr>
          <w:b/>
        </w:rPr>
        <w:t xml:space="preserve">Option D : Remboursement d'une dette familiale ou transaction commerciale : </w:t>
      </w:r>
      <w:r>
        <w:t>Cette transaction correspond au remboursement d'une créance ou à une avance sur transaction commerciale légitime, attestée par le document de reconnaissance de dette ou de transaction commerciale joint en annexe.</w:t>
      </w:r>
    </w:p>
    <w:p>
      <w:pPr>
        <w:spacing w:line="312" w:lineRule="auto" w:before="280" w:after="280"/>
        <w:jc w:val="both"/>
      </w:pPr>
      <w:r>
        <w:t>Ce capital vient consolider mon épargne existante et garantit que je dispose des ressources autonomes et suffisantes pour couvrir l'intégralité des frais liés à mon séjour sur votre territoire national (hébergement, transport, frais quotidiens), sans aucun risque de dépendance vis-à-vis des fonds publics.</w:t>
        <w:br/>
        <w:br/>
        <w:t>Les documents officiels appuyant cette explication sont classés en annexe de mon dossier. Je demeure à votre entière disposition pour fournir toute autre pièce justificative ou historique bancaire complémentaire que vous jugeriez nécessaire.</w:t>
        <w:br/>
        <w:br/>
        <w:t>En vous remerciant par avance de l’attention bienveillante que vous porterez à l'examen de mon dossier, je vous prie d'agréer, Monsieur le Consul Général, l'expression de ma haute considération.</w:t>
      </w:r>
    </w:p>
    <w:p>
      <w:pPr>
        <w:spacing w:before="400"/>
        <w:jc w:val="right"/>
      </w:pPr>
      <w:r>
        <w:rPr>
          <w:b/>
        </w:rPr>
        <w:t>Signature du Demandeur</w:t>
        <w:br/>
        <w:br/>
        <w:br/>
        <w:t>_______________________</w:t>
        <w:br/>
        <w:t>[Votre Nom et Prénom]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D374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