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88" w:lineRule="auto" w:after="480"/>
      </w:pPr>
      <w:r>
        <w:rPr>
          <w:color w:val="718096"/>
          <w:sz w:val="19"/>
        </w:rPr>
        <w:t>[COORDONNÉES DU GARANT / L'HÔTE EN ALGÉRIE]</w:t>
        <w:br/>
        <w:t>Nom &amp; Prénom : [Nom et Prénom de la personne qui prend en charge]</w:t>
        <w:br/>
        <w:t>Adresse de résidence : [Adresse complète du domicile en Algérie]</w:t>
        <w:br/>
        <w:t>N° de Téléphone : [Numéro de portable et fixe]</w:t>
        <w:br/>
        <w:t>Email : [Adresse email]</w:t>
        <w:br/>
        <w:t>Situation professionnelle : [Profession, ex: Commerçant, Retraité, Directeur]</w:t>
      </w:r>
    </w:p>
    <w:p>
      <w:pPr>
        <w:spacing w:after="720"/>
        <w:jc w:val="right"/>
      </w:pPr>
      <w:r>
        <w:rPr>
          <w:i/>
        </w:rPr>
        <w:t>Fait à [Ville, ex: Béjaïa], le [Date du jour]</w:t>
      </w:r>
    </w:p>
    <w:p>
      <w:pPr>
        <w:spacing w:after="600"/>
        <w:jc w:val="center"/>
        <w:pBdr>
          <w:bottom w:val="single" w:sz="16" w:space="4" w:color="1B365D"/>
        </w:pBdr>
      </w:pPr>
      <w:r>
        <w:rPr>
          <w:b/>
          <w:color w:val="1B365D"/>
          <w:sz w:val="28"/>
        </w:rPr>
        <w:t>LETTRE D'ENGAGEMENT DE PRISE EN CHARGE FINANCIÈRE ET D'HÉBERGEMENT</w:t>
      </w:r>
    </w:p>
    <w:p>
      <w:pPr>
        <w:spacing w:after="360"/>
      </w:pPr>
      <w:r>
        <w:rPr>
          <w:b/>
        </w:rPr>
        <w:t>À l'attention de Monsieur le Consul Général</w:t>
        <w:br/>
        <w:t>[Nom de l'Ambassade / Consulat, ex: Consulat Général de France à Alger]</w:t>
        <w:br/>
        <w:t>Service des Visas</w:t>
      </w:r>
    </w:p>
    <w:p>
      <w:pPr>
        <w:spacing w:line="312" w:lineRule="auto" w:after="280"/>
        <w:jc w:val="both"/>
      </w:pPr>
      <w:r>
        <w:t xml:space="preserve">Je soussigné, Monsieur / Madame </w:t>
      </w:r>
      <w:r>
        <w:rPr>
          <w:b/>
        </w:rPr>
        <w:t>[Nom et Prénom du garant]</w:t>
      </w:r>
      <w:r>
        <w:t xml:space="preserve">, né(e) le [Date de naissance] à [Lieu de naissance], de nationalité algérienne, titulaire de la pièce d'identité (CNI ou Passeport) N° </w:t>
      </w:r>
      <w:r>
        <w:rPr>
          <w:b/>
        </w:rPr>
        <w:t>[Numéro de la pièce]</w:t>
      </w:r>
      <w:r>
        <w:t xml:space="preserve"> délivrée le [Date de délivrance] par [Autorité de délivrance], certifie par la présente lettre m'engager de manière formelle, entière et irrévocable à assurer la prise en charge financière globale ainsi que l'hébergement de mon/ma </w:t>
      </w:r>
      <w:r>
        <w:rPr>
          <w:b/>
        </w:rPr>
        <w:t>[Lien de parenté, ex: fils / fille / épouse / mère]</w:t>
      </w:r>
      <w:r>
        <w:t>, actuellement dépourvu(e) de revenus fixes :</w:t>
        <w:br/>
        <w:br/>
      </w:r>
      <w:r>
        <w:rPr>
          <w:b/>
        </w:rPr>
        <w:t xml:space="preserve">Monsieur / Madame / Mademoiselle : </w:t>
      </w:r>
      <w:r>
        <w:t>[Nom et Prénom du demandeur de visa]</w:t>
        <w:br/>
      </w:r>
      <w:r>
        <w:rPr>
          <w:b/>
        </w:rPr>
        <w:t xml:space="preserve">Né(e) le : </w:t>
      </w:r>
      <w:r>
        <w:t>[Date de naissance du demandeur] à [Lieu de naissance]</w:t>
        <w:br/>
      </w:r>
      <w:r>
        <w:rPr>
          <w:b/>
        </w:rPr>
        <w:t xml:space="preserve">Statut actuel : </w:t>
      </w:r>
      <w:r>
        <w:t>[Statut, ex: Étudiant(e) / Femme au foyer / Retraité(e)]</w:t>
        <w:br/>
      </w:r>
      <w:r>
        <w:rPr>
          <w:b/>
        </w:rPr>
        <w:t xml:space="preserve">Titulaire du passeport N° : </w:t>
      </w:r>
      <w:r>
        <w:rPr>
          <w:b/>
        </w:rPr>
        <w:t>[Numéro de passeport]</w:t>
      </w:r>
      <w:r>
        <w:t>, valable jusqu'au [Date d'expiration]</w:t>
        <w:br/>
        <w:br/>
      </w:r>
      <w:r>
        <w:t>Dans le cadre de son séjour sur votre territoire national prévu du [Date de début] au [Date de fin], je déclare assumer personnellement et intégralement la responsabilité de l'ensemble de ses dépenses. Cet engagement écrit couvre de manière exhaustive :</w:t>
        <w:br/>
        <w:br/>
      </w:r>
    </w:p>
    <w:p>
      <w:pPr>
        <w:pStyle w:val="ListBullet"/>
        <w:spacing w:after="80"/>
      </w:pPr>
      <w:r>
        <w:rPr>
          <w:b/>
        </w:rPr>
        <w:t xml:space="preserve">Les frais de transport : </w:t>
      </w:r>
      <w:r>
        <w:t>L'achat des billets d'avion aller-retour depuis l'Algérie.</w:t>
      </w:r>
    </w:p>
    <w:p>
      <w:pPr>
        <w:pStyle w:val="ListBullet"/>
        <w:spacing w:after="80"/>
      </w:pPr>
      <w:r>
        <w:rPr>
          <w:b/>
        </w:rPr>
        <w:t xml:space="preserve">Les frais de subsistance : </w:t>
      </w:r>
      <w:r>
        <w:t>L'ensemble des coûts liés à sa vie quotidienne (alimentation, déplacements internes, loisirs).</w:t>
      </w:r>
    </w:p>
    <w:p>
      <w:pPr>
        <w:pStyle w:val="ListBullet"/>
        <w:spacing w:after="80"/>
      </w:pPr>
      <w:r>
        <w:rPr>
          <w:b/>
        </w:rPr>
        <w:t xml:space="preserve">L'hébergement : </w:t>
      </w:r>
      <w:r>
        <w:t>Le logement complet durant toute la période du séjour [Alternative si hébergé chez un tiers là-bas : "ainsi que le financement de sa structure d'hébergement ou de son hôtel"].</w:t>
      </w:r>
    </w:p>
    <w:p>
      <w:pPr>
        <w:pStyle w:val="ListBullet"/>
        <w:spacing w:after="280"/>
      </w:pPr>
      <w:r>
        <w:rPr>
          <w:b/>
        </w:rPr>
        <w:t xml:space="preserve">La couverture médicale et rapatriement : </w:t>
      </w:r>
      <w:r>
        <w:t>La souscription à une assurance voyage adéquate et la garantie de couverture de tout soin de santé ou frais de rapatriement d'urgence si nécessaire.</w:t>
      </w:r>
    </w:p>
    <w:p>
      <w:pPr>
        <w:spacing w:line="312" w:lineRule="auto" w:after="280"/>
        <w:jc w:val="both"/>
      </w:pPr>
      <w:r>
        <w:t>Je certifie sur l'honneur disposer des ressources matérielles, financières stables et régulières me permettant de subvenir parfaitement aux besoins de l'intéressé(e) sans que ce(tte) dernier(e) n'ait à solliciter une quelconque aide publique. Vous trouverez joints à cette demande les justificatifs officiels de mes capacités financières (relevés bancaires, attestations de ressources, titres de propriété, etc.).</w:t>
        <w:br/>
        <w:br/>
        <w:t>Je reste à votre entière disposition pour toute vérification complémentaire.</w:t>
      </w:r>
    </w:p>
    <w:p>
      <w:pPr>
        <w:spacing w:before="480"/>
        <w:jc w:val="right"/>
      </w:pPr>
      <w:r>
        <w:rPr>
          <w:b/>
        </w:rPr>
        <w:t>Signature du Garant</w:t>
        <w:br/>
        <w:t>(Mention manuscrite « Bon pour accord de prise en charge »)</w:t>
        <w:br/>
        <w:t>Légalisation obligatoire auprès de l'APC</w:t>
        <w:br/>
        <w:br/>
        <w:br/>
        <w:t>_____________________________</w:t>
        <w:br/>
        <w:t>[Nom et Prénom du Garant]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2D3748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