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88" w:lineRule="auto" w:after="480"/>
      </w:pPr>
      <w:r>
        <w:rPr>
          <w:color w:val="718096"/>
          <w:sz w:val="19"/>
        </w:rPr>
        <w:t>[COORDONNÉES DU PÈRE / TUTEUR LÉGAL]</w:t>
        <w:br/>
        <w:t>Nom &amp; Prénom : [Nom et Prénom du Père/Tuteur]</w:t>
        <w:br/>
        <w:t>Adresse de résidence : [Adresse complète en Algérie]</w:t>
        <w:br/>
        <w:t>N° de Téléphone : [Numéro de Téléphone officiel]</w:t>
        <w:br/>
        <w:t>Email : [Adresse Email]</w:t>
        <w:br/>
        <w:t>Profession : [Profession du Père/Tuteur]</w:t>
      </w:r>
    </w:p>
    <w:p>
      <w:pPr>
        <w:spacing w:after="720"/>
        <w:jc w:val="right"/>
      </w:pPr>
      <w:r>
        <w:rPr>
          <w:i/>
        </w:rPr>
        <w:t>Fait à [Ville, ex: Akbou], le [Date du jour]</w:t>
      </w:r>
    </w:p>
    <w:p>
      <w:pPr>
        <w:spacing w:after="600"/>
        <w:jc w:val="center"/>
        <w:pBdr>
          <w:bottom w:val="single" w:sz="16" w:space="4" w:color="1B365D"/>
        </w:pBdr>
      </w:pPr>
      <w:r>
        <w:rPr>
          <w:b/>
          <w:color w:val="1B365D"/>
          <w:sz w:val="28"/>
        </w:rPr>
        <w:t>AUTORISATION PARENTALE / PATERNELLE DE VOYAGE</w:t>
      </w:r>
    </w:p>
    <w:p>
      <w:pPr>
        <w:spacing w:after="360"/>
      </w:pPr>
      <w:r>
        <w:rPr>
          <w:b/>
        </w:rPr>
        <w:t>À l'attention de Monsieur le Consul Général / Responsable des Visas</w:t>
        <w:br/>
        <w:t>[Nom de l'Ambassade / Consulat, ex: Consulat Général de France à Alger]</w:t>
        <w:br/>
        <w:t>Service des Visas</w:t>
      </w:r>
    </w:p>
    <w:p>
      <w:pPr>
        <w:spacing w:line="312" w:lineRule="auto" w:after="280"/>
        <w:jc w:val="both"/>
      </w:pPr>
      <w:r>
        <w:t xml:space="preserve">Je soussigné, Monsieur </w:t>
      </w:r>
      <w:r>
        <w:rPr>
          <w:b/>
        </w:rPr>
        <w:t>[Nom et Prénom du père/tuteur légal]</w:t>
      </w:r>
      <w:r>
        <w:t xml:space="preserve">, né le [Date de naissance] à [Lieu de naissance], de nationalité algérienne, titulaire de la pièce d'identité N° </w:t>
      </w:r>
      <w:r>
        <w:rPr>
          <w:b/>
        </w:rPr>
        <w:t>[Numéro de la CNI ou du Passeport]</w:t>
      </w:r>
      <w:r>
        <w:t xml:space="preserve"> délivrée le [Date de délivrance] par [Autorité de délivrance], agissant en ma qualité de père et tuteur légal, déclare par la présente donner mon autorisation parentale pleine et entière pour que mon enfant mineur voyage à l'étranger. </w:t>
        <w:br/>
        <w:br/>
      </w:r>
      <w:r>
        <w:rPr>
          <w:b/>
        </w:rPr>
        <w:t>Informations concernant l'enfant mineur :</w:t>
        <w:br/>
      </w:r>
      <w:r>
        <w:rPr>
          <w:b/>
        </w:rPr>
        <w:t xml:space="preserve">Nom &amp; Prénom : </w:t>
      </w:r>
      <w:r>
        <w:t>[Nom et Prénom de l'enfant mineur]</w:t>
        <w:br/>
      </w:r>
      <w:r>
        <w:rPr>
          <w:b/>
        </w:rPr>
        <w:t xml:space="preserve">Né(e) le : </w:t>
      </w:r>
      <w:r>
        <w:t>[Date de naissance de l'enfant] à [Lieu de naissance]</w:t>
        <w:br/>
      </w:r>
      <w:r>
        <w:rPr>
          <w:b/>
        </w:rPr>
        <w:t xml:space="preserve">Titulaire du passeport N° : </w:t>
      </w:r>
      <w:r>
        <w:rPr>
          <w:b/>
        </w:rPr>
        <w:t>[Numéro de passeport de l'enfant]</w:t>
      </w:r>
      <w:r>
        <w:t>, valable jusqu'au [Date d'expiration]</w:t>
        <w:br/>
        <w:br/>
      </w:r>
      <w:r>
        <w:rPr>
          <w:i/>
        </w:rPr>
        <w:t xml:space="preserve">Cette autorisation est accordée pour un voyage à destination de </w:t>
      </w:r>
      <w:r>
        <w:rPr>
          <w:b/>
        </w:rPr>
        <w:t>[Pays de destination, ex: France / Espace Schengen]</w:t>
      </w:r>
      <w:r>
        <w:t xml:space="preserve"> prévu pour la période allant du [Date de début] au [Date de fin]. L'enfant effectuera ce déplacement :</w:t>
        <w:br/>
        <w:br/>
      </w:r>
    </w:p>
    <w:p>
      <w:pPr>
        <w:pStyle w:val="ListBullet"/>
        <w:spacing w:after="80"/>
      </w:pPr>
      <w:r>
        <w:rPr>
          <w:b/>
        </w:rPr>
        <w:t xml:space="preserve">[OPTION A – Voyage avec la Mère uniquement] : </w:t>
      </w:r>
      <w:r>
        <w:t>Accompagné exclusivement de sa mère, Madame [Nom et Prénom de la mère], titulaire du passeport N° [Numéro du passeport de la mère].</w:t>
      </w:r>
    </w:p>
    <w:p>
      <w:pPr>
        <w:pStyle w:val="ListBullet"/>
        <w:spacing w:after="80"/>
      </w:pPr>
      <w:r>
        <w:rPr>
          <w:b/>
        </w:rPr>
        <w:t xml:space="preserve">[OPTION B – Voyage avec un Tiers / Organisme] : </w:t>
      </w:r>
      <w:r>
        <w:t>Accompagné de Monsieur/Madame [Nom de l'accompagnateur], titulaire du passeport N° [Numéro de passeport], agissant en tant que responsable majeur durant le séjour [ou dans le cadre d'un voyage linguistique organisé par l'établissement/organisme : Nom de l'organisme].</w:t>
      </w:r>
    </w:p>
    <w:p>
      <w:pPr>
        <w:pStyle w:val="ListBullet"/>
        <w:spacing w:after="280"/>
      </w:pPr>
      <w:r>
        <w:rPr>
          <w:b/>
        </w:rPr>
        <w:t xml:space="preserve">[OPTION C – Voyage Non Accompagné / UM] : </w:t>
      </w:r>
      <w:r>
        <w:t>Seul, en bénéficiant du service d'assistance réglementaire pour mineurs non accompagnés (UM - Unaccompanied Minor) proposé par la compagnie aérienne.</w:t>
      </w:r>
    </w:p>
    <w:p>
      <w:pPr>
        <w:spacing w:line="312" w:lineRule="auto" w:after="280"/>
        <w:jc w:val="both"/>
      </w:pPr>
      <w:r>
        <w:t>En conséquence, je donne mon accord exprès pour l'accomplissement de toutes les formalités administratives et consulaires nécessaires, y compris le dépôt de la demande de visa et le franchissement des frontières nationales et internationales.</w:t>
        <w:br/>
        <w:br/>
        <w:t>Je certifie sur l'honneur l'exactitude des renseignements fournis et reste à votre entière disposition pour toute information complémentaire.</w:t>
      </w:r>
    </w:p>
    <w:p>
      <w:pPr>
        <w:spacing w:before="600"/>
        <w:jc w:val="right"/>
      </w:pPr>
      <w:r>
        <w:rPr>
          <w:b/>
        </w:rPr>
        <w:t>Signature du Père / Tuteur Légal</w:t>
        <w:br/>
        <w:t>Légalisation obligatoire auprès de l'APC</w:t>
        <w:br/>
        <w:br/>
        <w:br/>
        <w:t>_____________________________</w:t>
        <w:br/>
        <w:t>[Nom et Prénom du Père]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D374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