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88" w:lineRule="auto" w:after="480"/>
      </w:pPr>
      <w:r>
        <w:rPr>
          <w:color w:val="718096"/>
          <w:sz w:val="19"/>
        </w:rPr>
        <w:t>[RAISON SOCIALE DE L'ENTREPRISE / EN-TÊTE DE L'EMPLOYEUR]</w:t>
        <w:br/>
        <w:t>Adresse : [Adresse complète du siège social]</w:t>
        <w:br/>
        <w:t>N° de Téléphone : [Numéro de contact officiel]</w:t>
        <w:br/>
        <w:t>Email : [Email professionnel]</w:t>
        <w:br/>
        <w:t>N° RC : [Numéro du Registre du Commerce] | N° Identifiant Fiscal : [NIF]</w:t>
      </w:r>
    </w:p>
    <w:p>
      <w:pPr>
        <w:spacing w:after="720"/>
        <w:jc w:val="right"/>
      </w:pPr>
      <w:r>
        <w:rPr>
          <w:i/>
        </w:rPr>
        <w:t>Fait à [Ville, ex: Alger], le [Date du jour]</w:t>
      </w:r>
    </w:p>
    <w:p>
      <w:pPr>
        <w:spacing w:after="600"/>
        <w:jc w:val="center"/>
        <w:pBdr>
          <w:bottom w:val="single" w:sz="16" w:space="4" w:color="1B365D"/>
        </w:pBdr>
      </w:pPr>
      <w:r>
        <w:rPr>
          <w:b/>
          <w:color w:val="1B365D"/>
          <w:sz w:val="30"/>
        </w:rPr>
        <w:t>ATTESTATION DE PERCEPTION DE SALAIRE EN ESPÈCES</w:t>
      </w:r>
    </w:p>
    <w:p>
      <w:pPr>
        <w:spacing w:line="312" w:lineRule="auto" w:after="280"/>
        <w:jc w:val="both"/>
      </w:pPr>
      <w:r>
        <w:t>Je soussigné, Monsieur/Madame [Nom et Prénom du dirigeant/responsable], agissant en qualité de [Fonction, ex: Directeur Général / Directeur des Ressources Humaines] au sein de l'entreprise [Raison Sociale], certifie par la présente que :</w:t>
        <w:br/>
        <w:br/>
      </w:r>
      <w:r>
        <w:rPr>
          <w:b/>
        </w:rPr>
        <w:t xml:space="preserve">Monsieur / Madame / Mademoiselle : </w:t>
      </w:r>
      <w:r>
        <w:t>[Nom et Prénom de l'employé(e)]</w:t>
        <w:br/>
      </w:r>
      <w:r>
        <w:rPr>
          <w:b/>
        </w:rPr>
        <w:t xml:space="preserve">Né(e) le : </w:t>
      </w:r>
      <w:r>
        <w:t>[Date de naissance] à [Lieu de naissance]</w:t>
        <w:br/>
      </w:r>
      <w:r>
        <w:rPr>
          <w:b/>
        </w:rPr>
        <w:t xml:space="preserve">Demeurant au : </w:t>
      </w:r>
      <w:r>
        <w:t>[Adresse de l'employé]</w:t>
        <w:br/>
      </w:r>
      <w:r>
        <w:rPr>
          <w:b/>
        </w:rPr>
        <w:t xml:space="preserve">Titulaire de la carte d'identité / passeport N° : </w:t>
      </w:r>
      <w:r>
        <w:t>[Numéro de la pièce d'identité], délivré(e) le [Date de délivrance] par [Autorité de délivrance]</w:t>
        <w:br/>
        <w:br/>
      </w:r>
      <w:r>
        <w:t>est employé(e) au sein de notre structure depuis le [Date d'embauche] en tant que [Intitulé du poste / Fonction], sous le numéro d'affiliation de sécurité sociale (CNAS) : [Numéro d'affiliation CNAS].</w:t>
        <w:br/>
        <w:br/>
        <w:t xml:space="preserve">En conformité avec les dispositions internes de notre établissement et la réglementation en vigueur, nous certifions que sa rémunération mensuelle nette s'élève à </w:t>
      </w:r>
      <w:r>
        <w:rPr>
          <w:b/>
        </w:rPr>
        <w:t>[Montant en chiffres, ex: 65 000 DA] DA ([Montant en toutes lettres, ex: Soixante-cinq mille dinars algériens])</w:t>
      </w:r>
      <w:r>
        <w:t xml:space="preserve">, et qu'elle lui est intégralement </w:t>
      </w:r>
      <w:r>
        <w:rPr>
          <w:b/>
          <w:color w:val="1B365D"/>
        </w:rPr>
        <w:t>versée en espèces (cash)</w:t>
      </w:r>
      <w:r>
        <w:t xml:space="preserve"> au début de chaque mois civil.</w:t>
        <w:br/>
        <w:br/>
        <w:t>Par conséquent, le compte bancaire ou CCP de l'intéressé(e) ne comporte aucun historique de virement automatisé relatif à ses salaires, ces derniers étant perçus directement de la caisse de notre entreprise contre émargement de la fiche de paie correspondante.</w:t>
      </w:r>
    </w:p>
    <w:p>
      <w:pPr>
        <w:spacing w:before="280" w:after="800"/>
      </w:pPr>
      <w:r>
        <w:rPr>
          <w:i/>
        </w:rPr>
        <w:t>Cette attestation est délivrée à l'intéressé(e) pour servir et valoir ce que de droit, notamment auprès des autorités consulaires dans le cadre de sa demande de visa.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08"/>
        <w:gridCol w:w="4608"/>
      </w:tblGrid>
      <w:tr>
        <w:tc>
          <w:tcPr>
            <w:tcW w:type="dxa" w:w="4680"/>
          </w:tcPr>
          <w:p/>
        </w:tc>
        <w:tc>
          <w:tcPr>
            <w:tcW w:type="dxa" w:w="4680"/>
          </w:tcPr>
          <w:p>
            <w:pPr>
              <w:jc w:val="center"/>
            </w:pPr>
            <w:r>
              <w:rPr>
                <w:b/>
              </w:rPr>
              <w:t>Pour l'entreprise [Raison Sociale]</w:t>
              <w:br/>
            </w:r>
            <w:r>
              <w:rPr>
                <w:i/>
              </w:rPr>
              <w:t>[Nom, Prénom et Fonction du Signataire]</w:t>
              <w:br/>
              <w:br/>
              <w:t>[Signature et Cachet humide de l'entreprise]</w:t>
            </w:r>
          </w:p>
        </w:tc>
      </w:tr>
    </w:tbl>
    <w:p>
      <w:r>
        <w:br w:type="page"/>
      </w:r>
    </w:p>
    <w:p>
      <w:pPr>
        <w:spacing w:line="288" w:lineRule="auto" w:after="480"/>
      </w:pPr>
      <w:r>
        <w:rPr>
          <w:color w:val="718096"/>
          <w:sz w:val="19"/>
        </w:rPr>
        <w:t>[COORDONNÉES DU GARANT / PRISENCHARGEUR]</w:t>
        <w:br/>
        <w:t>Nom &amp; Prénom : [Nom et Prénom du Garant]</w:t>
        <w:br/>
        <w:t>Adresse : [Adresse de résidence complète en Algérie]</w:t>
        <w:br/>
        <w:t>Téléphone : [Numéro de téléphone portable / fixe]</w:t>
        <w:br/>
        <w:t>Email : [Adresse Email]</w:t>
      </w:r>
    </w:p>
    <w:p>
      <w:pPr>
        <w:spacing w:after="720"/>
        <w:jc w:val="right"/>
      </w:pPr>
      <w:r>
        <w:rPr>
          <w:i/>
        </w:rPr>
        <w:t>Fait à [Ville], le [Date du jour]</w:t>
      </w:r>
    </w:p>
    <w:p>
      <w:pPr>
        <w:spacing w:after="600"/>
        <w:jc w:val="center"/>
        <w:pBdr>
          <w:bottom w:val="single" w:sz="16" w:space="4" w:color="1B365D"/>
        </w:pBdr>
      </w:pPr>
      <w:r>
        <w:rPr>
          <w:b/>
          <w:color w:val="1B365D"/>
          <w:sz w:val="30"/>
        </w:rPr>
        <w:t>LETTRE DE ENGAGEMENT DE PRISE EN CHARGE FINANCIÈRE</w:t>
      </w:r>
    </w:p>
    <w:p>
      <w:pPr>
        <w:spacing w:line="312" w:lineRule="auto" w:after="280"/>
        <w:jc w:val="both"/>
      </w:pPr>
      <w:r>
        <w:rPr>
          <w:b/>
        </w:rPr>
        <w:t>À l'attention de Monsieur le Consul Général / Responsable des Visas</w:t>
        <w:br/>
        <w:t>[Nom de l'Ambassade / Consulat, ex: Consulat Général de France à Alger]</w:t>
        <w:br/>
        <w:br/>
      </w:r>
      <w:r>
        <w:t>Je soussigné, Monsieur/Madame [Nom et Prénom du Garant], né(e) le [Date de naissance] à [Lieu de naissance], de nationalité algérienne, exerçant la profession de [Profession/Activité, ex: Commerçant, Gérant, Médecin], titulaire de la pièce d'identité N° [Numéro du passeport ou CNI] délivrée le [Date] par [Autorité], déclare par la présente lettre m'engager formellement et irrévocablement à prendre en charge totalement les frais de séjour de mon/ma [Lien de parenté, ex: fils / fille / épouse], désigné(e) ci-après :</w:t>
        <w:br/>
        <w:br/>
      </w:r>
      <w:r>
        <w:rPr>
          <w:b/>
        </w:rPr>
        <w:t xml:space="preserve">Monsieur / Madame / Mademoiselle : </w:t>
      </w:r>
      <w:r>
        <w:t>[Nom et Prénom du demandeur de visa]</w:t>
        <w:br/>
      </w:r>
      <w:r>
        <w:rPr>
          <w:b/>
        </w:rPr>
        <w:t xml:space="preserve">Né(e) le : </w:t>
      </w:r>
      <w:r>
        <w:t>[Date de naissance du demandeur]</w:t>
        <w:br/>
      </w:r>
      <w:r>
        <w:rPr>
          <w:b/>
        </w:rPr>
        <w:t xml:space="preserve">Titulaire du passeport N° : </w:t>
      </w:r>
      <w:r>
        <w:t>[Numéro de passeport] valable jusqu'au [Date d'expiration]</w:t>
        <w:br/>
        <w:br/>
      </w:r>
      <w:r>
        <w:t>Cet engagement de prise en charge financière couvre l'intégralité des dépenses afférentes à son séjour sur votre territoire national, notamment les frais de transport (billet d'avion aller-retour), d'hébergement, de subsistance quotidienne, de couverture médicale/assurance voyage, ainsi que les frais de rapatriement si nécessaire.</w:t>
        <w:br/>
        <w:br/>
        <w:t>Je certifie disposer des ressources financières stables et suffisantes pour honorer cet engagement, tel qu'en attestent les documents justificatifs joints à ce dossier (relevés bancaires, justificatifs de revenus/d'activité professionnelle).</w:t>
        <w:br/>
        <w:br/>
        <w:t>Je reste à votre entière disposition pour tout complément d'information que vous jugeriez nécessaire.</w:t>
      </w:r>
    </w:p>
    <w:p>
      <w:pPr>
        <w:spacing w:before="600"/>
        <w:jc w:val="right"/>
      </w:pPr>
      <w:r>
        <w:rPr>
          <w:b/>
        </w:rPr>
        <w:t>Signature du Garant (Légalisation APC recommandée)</w:t>
        <w:br/>
        <w:br/>
        <w:br/>
        <w:t>_______________________</w:t>
        <w:br/>
        <w:t>[Nom et Prénom du Garant]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D374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