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88" w:lineRule="auto" w:after="480"/>
      </w:pPr>
      <w:r>
        <w:rPr>
          <w:color w:val="718096"/>
          <w:sz w:val="19"/>
        </w:rPr>
        <w:t>[RAISON SOCIALE DE L'ENTREPRISE / EN-TÊTE DE L'EMPLOYEUR]</w:t>
        <w:br/>
        <w:t>Adresse : [Adresse complète du siège social]</w:t>
        <w:br/>
        <w:t>N° de Téléphone : [Numéro de contact fixe/mobile officiel]</w:t>
        <w:br/>
        <w:t>Email : [Email professionnel]</w:t>
        <w:br/>
        <w:t>N° RC : [Numéro du Registre du Commerce] | N° Identifiant Fiscal : [NIF]</w:t>
      </w:r>
    </w:p>
    <w:p>
      <w:pPr>
        <w:spacing w:after="720"/>
        <w:jc w:val="right"/>
      </w:pPr>
      <w:r>
        <w:rPr>
          <w:i/>
        </w:rPr>
        <w:t>Fait à [Ville, ex: Alger], le [Date du jour]</w:t>
      </w:r>
    </w:p>
    <w:p>
      <w:pPr>
        <w:spacing w:after="600"/>
        <w:jc w:val="center"/>
        <w:pBdr>
          <w:bottom w:val="single" w:sz="16" w:space="4" w:color="1B365D"/>
        </w:pBdr>
      </w:pPr>
      <w:r>
        <w:rPr>
          <w:b/>
          <w:color w:val="1B365D"/>
          <w:sz w:val="30"/>
        </w:rPr>
        <w:t>ATTESTATION DE CONGÉ ANNUEL</w:t>
      </w:r>
    </w:p>
    <w:p>
      <w:pPr>
        <w:spacing w:line="312" w:lineRule="auto" w:after="280"/>
        <w:jc w:val="both"/>
      </w:pPr>
      <w:r>
        <w:t xml:space="preserve">Je soussigné, Monsieur/Madame </w:t>
      </w:r>
      <w:r>
        <w:rPr>
          <w:b/>
        </w:rPr>
        <w:t>[Nom et Prénom du signataire]</w:t>
      </w:r>
      <w:r>
        <w:t xml:space="preserve">, agissant en qualité de </w:t>
      </w:r>
      <w:r>
        <w:rPr>
          <w:b/>
        </w:rPr>
        <w:t>[Fonction du signataire, ex: Directeur des Ressources Humaines / Gérant]</w:t>
      </w:r>
      <w:r>
        <w:t xml:space="preserve"> au sein de l'entreprise [Raison Sociale], certifie par la présente que :</w:t>
        <w:br/>
        <w:br/>
      </w:r>
      <w:r>
        <w:rPr>
          <w:b/>
        </w:rPr>
        <w:t xml:space="preserve">Monsieur / Madame / Mademoiselle : </w:t>
      </w:r>
      <w:r>
        <w:t>[Nom et Prénom de l'employé(e)]</w:t>
        <w:br/>
      </w:r>
      <w:r>
        <w:rPr>
          <w:b/>
        </w:rPr>
        <w:t xml:space="preserve">Fonction : </w:t>
      </w:r>
      <w:r>
        <w:t>[Intitulé du poste occupé]</w:t>
        <w:br/>
      </w:r>
      <w:r>
        <w:rPr>
          <w:b/>
        </w:rPr>
        <w:t xml:space="preserve">Date d'embauche : </w:t>
      </w:r>
      <w:r>
        <w:t>[Date de recrutement au sein de l'entreprise]</w:t>
        <w:br/>
      </w:r>
      <w:r>
        <w:rPr>
          <w:b/>
        </w:rPr>
        <w:t xml:space="preserve">N° d'affiliation CNAS : </w:t>
      </w:r>
      <w:r>
        <w:t>[Numéro de sécurité sociale de l'employé]</w:t>
        <w:br/>
        <w:br/>
      </w:r>
      <w:r>
        <w:t xml:space="preserve">est employé(e) au sein de notre établissement à plein temps et de manière régulière. Au titre de l'année en cours, l'intéressé(e) bénéficie d'un droit au congé annuel payé d'une durée globale de </w:t>
      </w:r>
      <w:r>
        <w:rPr>
          <w:b/>
          <w:color w:val="1B365D"/>
        </w:rPr>
        <w:t>[Nombre de jours, ex: 30] jours</w:t>
      </w:r>
      <w:r>
        <w:t>, en parfaite conformité avec les dispositions de la législation algérienne du travail et notre règlement intérieur.</w:t>
        <w:br/>
        <w:br/>
        <w:t xml:space="preserve">Nous certifions expressément que l'entreprise a validé l'octroi de ce droit au congé et que l'intéressé(e) est officiellement autorisé(e) à s'absenter pour cette durée de </w:t>
      </w:r>
      <w:r>
        <w:rPr>
          <w:b/>
        </w:rPr>
        <w:t>[Nombre de jours] jours</w:t>
      </w:r>
      <w:r>
        <w:t xml:space="preserve"> afin d'effectuer son voyage, tout en conservant l'intégralité de son poste de travail ainsi que sa rémunération habituelle à son retour.</w:t>
      </w:r>
    </w:p>
    <w:p>
      <w:pPr>
        <w:spacing w:before="280" w:after="800"/>
      </w:pPr>
      <w:r>
        <w:rPr>
          <w:i/>
        </w:rPr>
        <w:t>Cette attestation est délivrée à l'intéressé(e) à sa demande pour servir et valoir ce que de droit, notamment pour être jointe à son dossier de demande de visa.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jc w:val="center"/>
            </w:pPr>
            <w:r>
              <w:rPr>
                <w:b/>
              </w:rPr>
              <w:t>Pour l'entreprise [Raison Sociale]</w:t>
              <w:br/>
            </w:r>
            <w:r>
              <w:rPr>
                <w:i/>
              </w:rPr>
              <w:t>[Nom, Prénom et Fonction du Signataire]</w:t>
              <w:br/>
              <w:br/>
              <w:t>[Signature et Cachet humide de l'entreprise]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D374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